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עונים על שאלות הבנה?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סוגי שאלות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 שאלה לפי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העבודה הנכונים לפני, בזמן ואחרי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התשובה כתובה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נימוק שמסביר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בהסקה מחברים רמז עם ידע - התשובה לא כתובה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השלב הראשון בדרך שלנו לכל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פרשנות עוסקת ברעיון מאחורי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לכל סוג שאלה יש תבנית תשובה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התשובה ברורה ושלמה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תמיד בודקים אם התשובה מתאימה לשאלה ויש הוכחה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סוג שאלה למילת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(הבעת 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(בזמן הקריאה)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הדרך שלנו לכל טקסט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הכותרת והתמונה ומנחשים על מה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הטקסט פעמיים ומסמנים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השאלה ומזהים את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חוזרים לטקסט ומוצאים את המקום שעוזר לענות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עונים במשפט שלם עם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בודקים אם התשובה מתאימה לשאלה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כתיבת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שהתשובה עליה כתובה בטקסט, עם תשובה במשפט שלם שחוזר על מילות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שדורשת חיבור בין רמז בטקסט לידע קודם,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איתור, הסקה, פרשנות, 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כשצריך לחבר רמז מהטקסט עם ידע קודם כדי להגיע למסקנה שלא כתובה במפורש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להסתכל על הכותרת, התמונה והמילים המודגשות ולנחש על מה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ארבעת הפוסטרים על הלוח לפני תחילת התרגול כדי לחזק את הזיהוי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והסדר לפני המעבר למשימות הכתיבה העצמאיות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בתרגילי הקצר והפתוח כדאי להדגיש חזרה על מילות השאלה כחלק מהתשובה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עונים על שאלות הבנה?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כשקוראים טקסט ועונים על שאלות, חשוב לדעת איזה סוג שאלה שואלים - איתור, הסקה, פרשנות או הבעת עמדה. לכל סוג יש דרך תשובה משלו.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שאלה ששואלת "מה קרה בסוף הסיפור?" כשהתשובה כתובה בטקסט - זו שאלת: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שאלה ששואלת "למה לדעתך הכותב כתב את הסיפור הזה?" - זו שאלת: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שאלה ששואלת "מה אתה חושב על ההחלטה של הגיבור?" - זו שאלת: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שאלה שדורשת לחבר רמז בטקסט עם מה שאני כבר יודע/ת - זו שאלת: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מזהה שאלת איתור?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התשובה דורשת ניחוש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התשובה כתובה במפורש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התשובה היא דעה אישית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לחזור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כדי לענות על שאלת הבעת עמדה צריך להוסיף: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שמסביר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מספיק כן או 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הסקה התשובה כתובה מילה במילה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הקריאה כדאי להסתכל על הכותרת והתמונה ולנחש על מה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פרשנות שואלים מה הרעיון או המטרה של הכותב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סוגי השאלות עונים באותה הדרך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כשעונים על שאלה כדאי לכתוב משפט שלם ולחזור על מילות השאלה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שעונים על שאלה אין צורך לבדוק אם באמת ענינו על מה ששאלו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בשאלת __________ התשובה כתובה בטקסט ומוצאים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בשאלת __________ מחברים רמז מהטקסט עם מה שאני יודע/ת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בשאלת __________ שואלים מה הרעיון שהכותב רצה להעביר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בשאלת __________ כותבים מה אני חושב/ת ולמה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הקריאה מסתכלים על הכותרת וה__________ ומנחשים על מה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בזמן הקריאה קוראים פעם שנייה עם __________ ומסמנים מילים קשות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סוג שאלה למילת מפתח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קרה כאשר...? (התשובה כתובה)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לפני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לפי הרמזים, מה קרה לדעתך?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למה לדעתך הכותב/ת בחר/ה לכתוב כך?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בזמן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האם אתה מסכים עם הגיבור?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מסתכלים על כותרת ותמונה ומנחשים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מסמנים מילים קשות ורעיונות חשובים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הבעת עמדה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הדרך שלנו לכל טקסט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לטקסט ומוצאים את המקום שעוזר לענות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התשובה מתאימה לשאלה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הטקסט פעמיים ומסמנים מילים קשות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ומזהים את סוג 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על הכותרת והתמונה ומנחשים על מה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במשפט שלם עם נימוק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כתיבת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לשאלת איתור על טקסט שקראתם לאחרונה, וענו עליה במשפט שלם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הסקה על אותו טקסט וענו עליה, תוך ציון הרמז וחיבורו לידע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סוגי השאלות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מזהים שאלת הסקה?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לפני שמתחילים לקרוא טקסט 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עונים על שאלות הבנה?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