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עונים על שאלות הבנה?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סוגי שאלות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 שאלה לפי מילות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העבודה הנכונים לפני, בזמן ואחרי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התשובה כתובה במפורש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בהסקה מחברים רמז עם ידע - התשובה לא כתובה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השלב הראשון בדרך שלנו לכל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פרשנות עוסקת ברעיון מאחורי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הבעת 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סוג שאלה למילת 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(פרשנות)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(הבעת עמדה)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הדרך שלנו לכל טקסט -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על הכותרת והתמונה ומנחשים על מה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הטקסט פעמיים ומסמנים מילים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השאלה ומזהים את סוג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חוזרים לטקסט ומוצאים את המקום שעוזר לענות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כתיבת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שהתשובה עליה כתובה בטקסט, עם תשובה במשפט שלם שחוזר על מילות השאלה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איתור, הסקה, פרשנות, 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כשצריך לחבר רמז מהטקסט עם ידע קודם כדי להגיע למסקנה שלא כתובה במפורש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להסתכל על הכותרת, התמונה והמילים המודגשות ולנחש על מה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ארבעת הפוסטרים על הלוח לפני תחילת התרגול כדי לחזק את הזיהוי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ההתאמה והסדר לפני המעבר למשימות הכתיבה העצמאיות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בתרגילי הקצר והפתוח כדאי להדגיש חזרה על מילות השאלה כחלק מהתשובה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עונים על שאלות הבנה?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כשקוראים טקסט ועונים על שאלות, חשוב לדעת איזה סוג שאלה שואלים - איתור, הסקה, פרשנות או הבעת עמדה. לכל סוג יש דרך תשובה משלו.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איתור  ·  פרשנות  ·  הבעת עמדה  ·  הסקה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סוג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שאלה ששואלת "מה קרה בסוף הסיפור?" כשהתשובה כתובה בטקסט - זו שאלת: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שאלה ששואלת "מה אתה חושב על ההחלטה של הגיבור?" - זו שאלת: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סימן מזהה שאלת איתור?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התשובה דורשת ניחוש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התשובה כתובה במפורש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התשובה היא דעה אישית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בשאלת הסקה התשובה כתובה מילה במילה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הקריאה כדאי להסתכל על הכותרת והתמונה ולנחש על מה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בשאלת פרשנות שואלים מה הרעיון או המטרה של הכותב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בשאלת __________ התשובה כתובה בטקסט ומוצאים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בשאלת __________ מחברים רמז מהטקסט עם מה שאני יודע/ת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בשאלת __________ שואלים מה הרעיון שהכותב רצה להעביר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בשאלת __________ כותבים מה אני חושב/ת ולמה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סוג שאלה למילת מפתח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מה קרה כאשר...? (התשובה כתובה)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פרשנות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לפי הרמזים, מה קרה לדעתך?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הבעת עמדה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למה לדעתך הכותב/ת בחר/ה לכתוב כך?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האם אתה מסכים עם הגיבור? למה?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הדרך שלנו לכל טקסט -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השאלה ומזהים את סוג השאלה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חוזרים לטקסט ומוצאים את המקום שעוזר לענות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הטקסט פעמיים ומסמנים מילים קשות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מסתכלים על הכותרת והתמונה ומנחשים על מה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תרגול כתיבת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דוגמה לשאלת איתור על טקסט שקראתם לאחרונה, וענו עליה במשפט שלם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סוגי השאלות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מזהים שאלת הסקה?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עונים על שאלות הבנה?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